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32686"/>
          <w:sz w:val="36"/>
          <w:rtl w:val="1"/>
          <w:bCs/>
          <w:szCs w:val="36"/>
        </w:rPr>
        <w:t>יום השיא – כולנו שונים, כולנו שווים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שבוע שוויון זכויות לאנשים עם מוגבלות – רואים את האדם    |    שם: ____________ כיתה: ______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⏰ לו״ז מוצע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שעה</w:t>
            </w:r>
          </w:p>
        </w:tc>
        <w:tc>
          <w:tcPr>
            <w:tcW w:type="dxa" w:w="793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מה קורה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08:00–08:20</w:t>
            </w:r>
          </w:p>
        </w:tc>
        <w:tc>
          <w:tcPr>
            <w:tcW w:type="dxa" w:w="793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🌅 כינוס פתיחה: ברכה, סרטון/מצגת, כללי היום ("סקרנות בכבוד")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08:30–10:10</w:t>
            </w:r>
          </w:p>
        </w:tc>
        <w:tc>
          <w:tcPr>
            <w:tcW w:type="dxa" w:w="793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🔄 סבב תחנות א׳ (4 תחנות × 25 דק׳)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10:10–10:30</w:t>
            </w:r>
          </w:p>
        </w:tc>
        <w:tc>
          <w:tcPr>
            <w:tcW w:type="dxa" w:w="793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🍎 הפסקה (פינה שקטה פתוחה כל היום)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10:30–11:15</w:t>
            </w:r>
          </w:p>
        </w:tc>
        <w:tc>
          <w:tcPr>
            <w:tcW w:type="dxa" w:w="793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🎤 מפגש עם אורח/ת או "סיפורים פראלימפיים" לפי שכבות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11:15–12:55</w:t>
            </w:r>
          </w:p>
        </w:tc>
        <w:tc>
          <w:tcPr>
            <w:tcW w:type="dxa" w:w="793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🔄 סבב תחנות ב׳ (4 תחנות × 25 דק׳)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13:00–13:30</w:t>
            </w:r>
          </w:p>
        </w:tc>
        <w:tc>
          <w:tcPr>
            <w:tcW w:type="dxa" w:w="793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🤝 סיכום בכיתות: אמנה כיתתית, משוב, תעודות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🔄 טבלת סבב (4 קבוצות לדוגמה)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סבב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קבוצה 1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קבוצה 2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קבוצה 3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קבוצה 4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1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סוקרי נגישות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השם שלי בברייל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משחקים לכולם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הקיר: כולנו שונים, כולנו שווים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2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שלום בשפת הסימנים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תגידו את זה פשוט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מפגש עם אורח/ת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האמנה שלנו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3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השם שלי בברייל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משחקים לכולם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הקיר: כולנו שונים, כולנו שווים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סוקרי נגישות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4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תגידו את זה פשוט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מפגש עם אורח/ת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האמנה שלנו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שלום בשפת הסימנים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5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משחקים לכולם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הקיר: כולנו שונים, כולנו שווים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סוקרי נגישות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השם שלי בברייל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6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מפגש עם אורח/ת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האמנה שלנו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שלום בשפת הסימנים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תגידו את זה פשוט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7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הקיר: כולנו שונים, כולנו שווים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סוקרי נגישות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השם שלי בברייל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משחקים לכולם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8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האמנה שלנו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שלום בשפת הסימנים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תגידו את זה פשוט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מפגש עם אורח/ת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אחרי סבב 4: הפסקה + מפגש עם אורח/ת.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תחנה 1: 🔍 סוקרי נגישות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מטרה: לזהות חסמים ופתרונות במבנה בית הספר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ציוד: רשימת בדיקה (מהאתר או מודפסת), עט, טלפון לצילום (בלי לצלם אנשים)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1. מחלקים תפקידים: מודד/ת, כותב/ת, צלם/ת מקומות, דובר/ת.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2. בודקים 6–8 סעיפים באזור שקיבלתם (כניסה, מסדרון, שירותים, כיתה).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3. מסמנים: ✅ קיים / 🟡 חלקי / ❌ חסר, ומוסיפים הערה.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4. בוחרים ממצא אחד ומנסחים הצעה מעשית.</w:t>
      </w:r>
    </w:p>
    <w:p>
      <w:pPr>
        <w:bidi w:val="1"/>
        <w:jc w:val="right"/>
      </w:pPr>
      <w:r>
        <w:rPr>
          <w:rFonts w:ascii="Arial" w:hAnsi="Arial" w:cs="Arial"/>
          <w:b/>
          <w:sz w:val="21"/>
          <w:rtl w:val="1"/>
          <w:bCs/>
          <w:szCs w:val="21"/>
        </w:rPr>
        <w:t>💬 מה הפתיע אתכם? מי עוד ירוויח מהשינוי שהצעתם?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9"/>
          <w:rtl w:val="1"/>
          <w:szCs w:val="19"/>
        </w:rPr>
        <w:t>התאמות: יסודי: 6 סעיפים עם סמלים, מבוגר מלווה. · חט״ב: רשימה מלאה, הצגת ממצא בדקה. · חט״ע: סקר מלא + מכתב המלצות להנהלה. · עולים: רשימה עם תמונות ומילים בניקוד: רמפה, מעלית, שלט. · חנ״מ: "ציד סמלים": מחפשים ♿ 🛗 🚻 ומדביקים 👍.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תחנה 2: 🤟 שלום בשפת הסימנים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מטרה: להכיר את שפת הסימנים הישראלית כשפה מלאה, וללמוד 3 סימנים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ציוד: מסך/מחשב, סרטון שבו מסמנים אנשים חירשים (או אורח/ת שמלמד/ת)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1. שיחה קצרה: שפת הסימנים היא שפה עם דקדוק משלה, ויש שפת סימנים שונה בכל מדינה.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2. צופים בסרטון ולומדים: שלום, תודה, חבר.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3. מתרגלים בזוגות: מסמנים זה לזה, עם הבעת פנים.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4. משחק: אחד מסמן, השאר מנחשים איזו מילה.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⚠️ חשוב: לומדים סימנים רק ממקור אמין (אנשים חירשים / מורה לשפת סימנים). לא ממציאים סימנים.</w:t>
      </w:r>
    </w:p>
    <w:p>
      <w:pPr>
        <w:bidi w:val="1"/>
        <w:jc w:val="right"/>
      </w:pPr>
      <w:r>
        <w:rPr>
          <w:rFonts w:ascii="Arial" w:hAnsi="Arial" w:cs="Arial"/>
          <w:b/>
          <w:sz w:val="21"/>
          <w:rtl w:val="1"/>
          <w:bCs/>
          <w:szCs w:val="21"/>
        </w:rPr>
        <w:t>💬 איך מרגישים כשמישהו טורח ללמוד את השפה שלנו?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9"/>
          <w:rtl w:val="1"/>
          <w:szCs w:val="19"/>
        </w:rPr>
        <w:t>התאמות: יסודי: 3 סימנים + משחק ניחוש. · חט״ב: 3 סימנים + עוד 2 שבוחרים (בוקר טוב, להתראות). · חט״ע: + קטע קצר על התרבות והקהילה החירשת ועל שפה כזהות. · עולים: מַשְׁווים: "שָׁלוֹם" בַּשָּׂפָה שֶׁלִּי, בְּעִבְרִית וּבְסִימָנִים. · חנ״מ: סימן "תודה" אחד, חוזרים עליו הרבה פעמים, עם מבוגר.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תחנה 3: ⠃ השם שלי בברייל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מטרה: להבין איך קוראים בעזרת מגע, ולכתוב שם בברייל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ציוד: הכלי באתר, כרטון, דבק פלסטי/נקודות דבק או חרוזים, תבנית 6 נקודות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1. מסבירים: ברייל הוא כתב של נקודות בולטות – 6 מקומות בכל משבצת.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2. מקלידים את השם בכלי שבאתר ורואים את המשבצות.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3. "כותבים" את השם בנקודות דבק / חרוזים על כרטון.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4. מחליפים כרטיסים ומנסים לזהות אות אחת במגע.</w:t>
      </w:r>
    </w:p>
    <w:p>
      <w:pPr>
        <w:bidi w:val="1"/>
        <w:jc w:val="right"/>
      </w:pPr>
      <w:r>
        <w:rPr>
          <w:rFonts w:ascii="Arial" w:hAnsi="Arial" w:cs="Arial"/>
          <w:b/>
          <w:sz w:val="21"/>
          <w:rtl w:val="1"/>
          <w:bCs/>
          <w:szCs w:val="21"/>
        </w:rPr>
        <w:t>💬 עובדה מפתיעה: בברייל עברי קוראים משמאל לימין! למה לדעתכם?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9"/>
          <w:rtl w:val="1"/>
          <w:szCs w:val="19"/>
        </w:rPr>
        <w:t>התאמות: יסודי: שם פרטי בלבד, 3–5 אותיות. · חט״ב: שם + מילה שבחרתם (חבר, תקווה). · חט״ע: + דיון: נגישות של טקסטים, מסמכים ואתרים לאנשים עיוורים (קוראי מסך, הגדלה). · עולים: כּוֹתְבִים אֶת הַשֵּׁם בִּבְרַיְל – וְגַם בַּשָּׂפָה שֶׁלָּכֶם. · חנ״מ: אות ראשונה של השם בחרוזים גדולים, ממששים יחד.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תחנה 4: 📝 תגידו את זה פשוט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מטרה: להבין שמידע נגיש הוא זכות, ולתרגל שפה פשוטה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ציוד: הודעה של בית הספר (או טקסט מהאתר), כרטיס "כללי שפה פשוטה"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1. קוראים הודעה ארוכה ומסובכת.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2. מסמנים מילים קשות ומשפטים ארוכים.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3. כותבים מחדש: משפט קצר, מילה מוכרת, רעיון אחד בכל משפט, סדר לפי מה שקורה.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4. מוסיפים סמל או תמונה לכל שורה.</w:t>
      </w:r>
    </w:p>
    <w:p>
      <w:pPr>
        <w:bidi w:val="1"/>
        <w:jc w:val="right"/>
      </w:pPr>
      <w:r>
        <w:rPr>
          <w:rFonts w:ascii="Arial" w:hAnsi="Arial" w:cs="Arial"/>
          <w:b/>
          <w:sz w:val="21"/>
          <w:rtl w:val="1"/>
          <w:bCs/>
          <w:szCs w:val="21"/>
        </w:rPr>
        <w:t>💬 מי עוד ירוויח ממידע פשוט? (עולים, ילדים צעירים, הורים עייפים... כולנו)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9"/>
          <w:rtl w:val="1"/>
          <w:szCs w:val="19"/>
        </w:rPr>
        <w:t>התאמות: יסודי: מתקנים 3 משפטים עם המורה. · חט״ב: הודעה שלמה + כותרת ברורה. · חט״ע: + השוואה בין לשון משפטית לשפה פשוטה (למשל סעיף מתקנון). · עולים: קוֹרְאִים גִּרְסָה פְּשׁוּטָה, וּמַרְאִים: מָה הֵבַנְתִּי? · חנ״מ: מתאימים תמונה למשפט קצר.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תחנה 5: ⚽ משחקים לכולם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מטרה: להכיר ענפי ספורט פראלימפיים ולשחק יחד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ציוד: כדור עם פעמון (או כדור עטוף בשקית רשרוש), כדורי בוצ׳ה/כדורים רכים, רשת נמוכה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1. גולבול: כל השחקנים – כולם – עם כיסוי עיניים, כמו בחוקי הענף. מגלגלים כדור מצלצל אל השער ומקשיבים. שקט במגרש!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2. בוצ׳ה: זורקים כדורים צבעוניים כמה שיותר קרוב לכדור המטרה. אפשר לזרוק ביד, ברגל או בעזרת מסילה.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3. כדורעף בישיבה: רשת נמוכה, כולם יושבים על הרצפה.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4. סבב שיחה קצר: מה דרש מאיתנו כל משחק?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⚠️ אין חובה לכסות עיניים. מי שלא נוח לו/ה – משמש/ת שופט/ת או מאמן/ת.</w:t>
      </w:r>
    </w:p>
    <w:p>
      <w:pPr>
        <w:bidi w:val="1"/>
        <w:jc w:val="right"/>
      </w:pPr>
      <w:r>
        <w:rPr>
          <w:rFonts w:ascii="Arial" w:hAnsi="Arial" w:cs="Arial"/>
          <w:b/>
          <w:sz w:val="21"/>
          <w:rtl w:val="1"/>
          <w:bCs/>
          <w:szCs w:val="21"/>
        </w:rPr>
        <w:t>💬 המשחקים האלה לא "מחקים מוגבלות" – הם ענפי ספורט אמיתיים. מה למדנו על התאמת החוקים כך שכולם ישחקו?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9"/>
          <w:rtl w:val="1"/>
          <w:szCs w:val="19"/>
        </w:rPr>
        <w:t>התאמות: יסודי: בוצ׳ה + כדורעף בישיבה (כיסוי עיניים רק למי שרוצה). · חט״ב: שלושת המשחקים + תחרות קבוצתית. · חט״ע: + מבוא קצר על הספורט הפראלימפי והחוקים. · עולים: מִלִּים: כַּדּוּר, זוֹרְקִים, קָרוֹב, רָחוֹק, קְבוּצָה. · חנ״מ: בוצ׳ה בלבד, עם מסילה ועזרה של מבוגר.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תחנה 6: 🎤 מפגש עם אורח/ת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מטרה: לפגוש אדם, לא "מקרה": לשמוע סיפור חיים, תחביבים, עבודה, ספורט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ציוד: כיסאות במעגל, מיקרופון, שאלות שהוכנו מראש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1. מתאמים מראש עם האורח/ת: מה נוח לספר ומה לא, ומה צריך כדי שהמפגש יהיה נגיש.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2. התלמידים שואלים שאלות שהוכנו ונבדקו מראש.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3. מקשיבים לסיפור – על תחביבים, עבודה, ספורט, משפחה, ומה עוזר ומה מפריע.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4. מודים בכתב: כל אחד ואחת כותבים משפט תודה.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 w:val="1"/>
          <w:szCs w:val="20"/>
        </w:rPr>
        <w:t>⚠️ אם אין אורח/ת: "סיפורים פראלימפיים" – סיפור התנועה הפראלימפית (ראו בדף המורה) וצפייה בתקצירי תחרויות.</w:t>
      </w:r>
    </w:p>
    <w:p>
      <w:pPr>
        <w:bidi w:val="1"/>
        <w:jc w:val="right"/>
      </w:pPr>
      <w:r>
        <w:rPr>
          <w:rFonts w:ascii="Arial" w:hAnsi="Arial" w:cs="Arial"/>
          <w:b/>
          <w:sz w:val="21"/>
          <w:rtl w:val="1"/>
          <w:bCs/>
          <w:szCs w:val="21"/>
        </w:rPr>
        <w:t>💬 מה גיליתם שלא ציפיתם לו?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9"/>
          <w:rtl w:val="1"/>
          <w:szCs w:val="19"/>
        </w:rPr>
        <w:t>התאמות: יסודי: 5–6 שאלות פשוטות שנבחרו מראש. · חט״ב: שאלות פתוחות + "מה הייתם רוצים שנדע?" · חט״ע: שיחה על זכויות, תעסוקה ועל שינוי חברתי. · עולים: שׁוֹאֲלִים שְׁאֵלָה אַחַת קְצָרָה: "מָה אַתָּה/אַתְּ אוֹהֵב/ת לַעֲשׂוֹת?" · חנ״מ: מפגש קצר (10 דק׳), שאלה אחת בתמונה, כפיים בסוף.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תחנה 7: 🎨 הקיר: כולנו שונים, כולנו שווים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מטרה: ליצור יחד יצירה שמבטאת שייכות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ציוד: גליל נייר גדול, צבעים, עיפרונות, כף יד מנייר לכל משתתף/ת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1. כל אחד ואחת מעצבים כף יד: בצד אחד – "משהו שאני טוב/ה בו", בצד השני – "משהו שעוזר לי".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2. מדביקים על הקיר סביב הכותרת.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3. מוסיפים ברייל (מהתחנה) ומילים בשפות שונות.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4. צילום של הקיר (בלי פנים) לאתר בית הספר.</w:t>
      </w:r>
    </w:p>
    <w:p>
      <w:pPr>
        <w:bidi w:val="1"/>
        <w:jc w:val="right"/>
      </w:pPr>
      <w:r>
        <w:rPr>
          <w:rFonts w:ascii="Arial" w:hAnsi="Arial" w:cs="Arial"/>
          <w:b/>
          <w:sz w:val="21"/>
          <w:rtl w:val="1"/>
          <w:bCs/>
          <w:szCs w:val="21"/>
        </w:rPr>
        <w:t>💬 מה מחבר בין כל כפות הידיים על הקיר?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9"/>
          <w:rtl w:val="1"/>
          <w:szCs w:val="19"/>
        </w:rPr>
        <w:t>התאמות: יסודי: ציור + מילה אחת. · חט״ב: ציטוט או משפט אישי. · חט״ע: אינפוגרפיקה קטנה על זכות אחת. · עולים: כּוֹתְבִים מִלָּה בְּעִבְרִית וּמִלָּה בַּשָּׂפָה שֶׁלִּי. · חנ״מ: הדפסת כף יד בצבע – יצירה חושית.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תחנה 8: 🤝 האמנה שלנו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מטרה: להפוך ערכים להתחייבויות מעשיות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ציוד: דף אמנה (מודפס), עטים, האתר – עמוד "התחייבות ותעודה"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1. כל קבוצה מציעה 3 התחייבויות מעשיות ("אנחנו שואלים לפני שעוזרים").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2. מצביעים ובוחרים 5 לאמנה הכיתתית.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3. כל אחד ואחת בוחרים התחייבות אישית אחת.</w:t>
      </w:r>
    </w:p>
    <w:p>
      <w:pPr>
        <w:bidi w:val="1"/>
        <w:jc w:val="right"/>
      </w:pPr>
      <w:r>
        <w:rPr>
          <w:rFonts w:ascii="Arial" w:hAnsi="Arial" w:cs="Arial"/>
          <w:b w:val="0"/>
          <w:sz w:val="21"/>
          <w:rtl w:val="1"/>
          <w:szCs w:val="21"/>
        </w:rPr>
        <w:t>4. חותמים ותולים בכיתה.</w:t>
      </w:r>
    </w:p>
    <w:p>
      <w:pPr>
        <w:bidi w:val="1"/>
        <w:jc w:val="right"/>
      </w:pPr>
      <w:r>
        <w:rPr>
          <w:rFonts w:ascii="Arial" w:hAnsi="Arial" w:cs="Arial"/>
          <w:b/>
          <w:sz w:val="21"/>
          <w:rtl w:val="1"/>
          <w:bCs/>
          <w:szCs w:val="21"/>
        </w:rPr>
        <w:t>💬 איך נדע בעוד חודש שהאמנה עובדת?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9"/>
          <w:rtl w:val="1"/>
          <w:szCs w:val="19"/>
        </w:rPr>
        <w:t>התאמות: יסודי: בוחרים מתוך רשימה מוכנה. · חט״ב: מנסחים לבד. · חט״ע: + כיצד נמדוד שזה קורה? (תזכורת בעוד חודש) · עולים: בּוֹחֲרִים מִשְׁפָּט אֶחָד וְחוֹתְמִים. · חנ״מ: מדבקה ליד ציור: "אני חבר/ה טוב/ה".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