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32686"/>
          <w:sz w:val="36"/>
          <w:rtl w:val="1"/>
          <w:bCs/>
          <w:szCs w:val="36"/>
        </w:rPr>
        <w:t>תוכנית השבוע – 5 ימים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שבוע שוויון זכויות לאנשים עם מוגבלות – רואים את האדם    |    שם: ____________ כיתה: ______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יום א׳ 👀 רואים את האדם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☀️ פתיחת בוקר (5 דק׳): כל אחד ואחת כותבים על פתק "דבר אחד שאני טוב/ה בו ודבר אחד שקשה לי". מקבצים על הלוח – כולנו גם וגם.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יסודי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חט״ב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חט״ע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עולים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חנ״מ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משחק "מיתוס או עובדה" בכיתה (באתר), ואז שיחה: מה הפתיע אתכם? יוצרים יחד "ענן מילים מכבדות" – מילים שנרצה לשמוע כשמדברים עלינו.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"מה אני יודע/ת – מה אני רוצה לדעת": טבלה בזוגות, ואז חידון מיתוס/עובדה. מסיימים במשחק "מילים מכבדות" ובשאלה: למה השפה משנה את האופן שבו אנחנו רואים אנשים?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פתיחה בשאלה: "מה ההבדל בין מוגבלות לבין חסם?" – מציגים את שתי הגישות: הגישה הרפואית (הבעיה באדם) והגישה החברתית (החסמים בסביבה). חידון מיתוס/עובדה ודיון קצר על שפה מכבדת.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לוֹמְדִים 5 מִלִּים: אָדָם, מוּגְבָּלוּת, נָגִישׁ, עֶזְרָה, שָׁוֶה. מַתְאִימִים מִלָּה לִתְמוּנָה, וְאוֹמְרִים מִשְׁפָּט: "כֻּלָּנוּ שׁוֹנִים, כֻּלָּנוּ שָׁוִים".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מעגל בוקר: כל אחד מראה בתמונה או בתנועה משהו שהוא אוהב לעשות. שיר/תנועה משותפת. מדביקים כוכב ליד השם: "אני טוב/ה ב..."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🏠 משימת המשך: לשים לב השבוע למקום אחד שקל להגיע אליו ולמקום אחד שקשה.</w:t>
      </w:r>
    </w:p>
    <w:p>
      <w:pPr>
        <w:bidi w:val="1"/>
        <w:jc w:val="right"/>
      </w:pPr>
      <w:r>
        <w:rPr>
          <w:rFonts w:ascii="Arial" w:hAnsi="Arial" w:cs="Arial"/>
          <w:b w:val="0"/>
          <w:color w:val="14866D"/>
          <w:sz w:val="20"/>
          <w:rtl w:val="1"/>
          <w:szCs w:val="20"/>
        </w:rPr>
        <w:t>🌱 גש״ר מאח״ד – ש (שכל): ידע מפרק דעות קדומות. ח (חברה): כשמדברים בכבוד, כולם מרגישים שייכים.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יום ב׳ ♿ נגישות היא של כולנו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☀️ פתיחת בוקר: "מי השתמש פעם ברמפה עם עגלה, מזוודה או אופניים?" – נגישות עוזרת להרבה אנשים.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יסודי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חט״ב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חט״ע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עולים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חנ״מ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משחק "מה נגיש כאן?" (באתר) על המסך, ואז סיור קצר בקבוצות במסדרון ובחצר: מצלמים או מציירים מקום נגיש אחד ומקום שאפשר לשפר.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"סוקרי נגישות": קבוצות מקבלות אזור בבית הספר ורשימת בדיקה (באתר / מודפסת). כל קבוצה מציגה 2 ממצאים ו־1 הצעה מעשית.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סקר נגישות מלא בעזרת כלי הבדיקה באתר + כתיבת "מכתב המלצות" להנהלה: ממצא, למה זה חשוב, הצעה, מי יכול לבצע. אפשר לכלול גם נגישות דיגיטלית (אתר, סרטונים, מסמכים).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מְשַׂחֲקִים "מָה נָגִישׁ כָּאן?". לוֹמְדִים מִלִּים: רַמְפָּה, מַעֲלִית, שֶׁלֶט, דֶּלֶת, מַדְרֵגוֹת. הוֹלְכִים בְּבֵית הַסֵּפֶר וּמַרְאִים: "פֹּה נָגִישׁ 👍" אוֹ "פֹּה קָשֶׁה 👎".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סיור קצר עם מבוגר: מחפשים סמלים (♿ 🛗 🚻). מדביקים מדבקת 👍 ליד מקום נוח להגיע אליו. משחק התאמה: סמל – מקום.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🏠 משימת המשך: לחשוב על רעיון אחד שיהפוך את הכיתה שלנו לנוחה יותר לכולם.</w:t>
      </w:r>
    </w:p>
    <w:p>
      <w:pPr>
        <w:bidi w:val="1"/>
        <w:jc w:val="right"/>
      </w:pPr>
      <w:r>
        <w:rPr>
          <w:rFonts w:ascii="Arial" w:hAnsi="Arial" w:cs="Arial"/>
          <w:b w:val="0"/>
          <w:color w:val="14866D"/>
          <w:sz w:val="20"/>
          <w:rtl w:val="1"/>
          <w:szCs w:val="20"/>
        </w:rPr>
        <w:t>🌱 גש״ר מאח״ד – ד (דמיון): מדמיינים בית ספר שכולם יכולים להגיע לכל מקום בו – ומתכננים צעד ראשון.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יום ג׳ 🤟 מדברים בהרבה דרכים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☀️ פתיחת בוקר: אומרים "בוקר טוב" בלי מילים – בחיוך, בנפנוף, במבט. אחר כך מסבירים: שפת הסימנים היא שפה מלאה, עם דקדוק משלה – לא סתם תנועות.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יסודי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חט״ב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חט״ע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עולים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חנ״מ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שלוש תחנות קצרות: לומדים שלום / תודה / חבר בשפת הסימנים הישראלית מסרטון שבו מסמנים אנשים חירשים; כותבים את השם בברייל (באתר); משחק "תגידו את זה פשוט".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עבודה בקבוצות: כל קבוצה חוקרת דרך תקשורת אחת (שפת סימנים, ברייל, שפה פשוטה, תקשורת תומכת וחליפית – תת״ח) ומלמדת את הכיתה 3 דקות.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"פישוט לשוני": לוקחים הודעה אמיתית של בית הספר וכותבים אותה מחדש בשפה פשוטה (משפטים קצרים, מילים מוכרות, סדר ברור). דיון: למה מידע נגיש הוא זכות ולא טובה?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לוֹמְדִים 3 סִימָנִים מִסִּרְטוֹן: שָׁלוֹם, תּוֹדָה, חָבֵר. כּוֹתְבִים אֶת הַשֵּׁם בְּבְּרַיְל. מְדַבְּרִים: "אֵיךְ אוֹמְרִים שָׁלוֹם בַּשָּׂפָה שֶׁלִּי?"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לוח תקשורת בתמונות: בוחרים תמונה כדי לבקש (מים, הפסקה, עזרה). מתרגלים סימן "תודה" עם מבוגר. ממששים נקודות ברייל בכרטיס.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🏠 משימת המשך: ללמד מישהו בבית מילה אחת חדשה – בסימן או בברייל.</w:t>
      </w:r>
    </w:p>
    <w:p>
      <w:pPr>
        <w:bidi w:val="1"/>
        <w:jc w:val="right"/>
      </w:pPr>
      <w:r>
        <w:rPr>
          <w:rFonts w:ascii="Arial" w:hAnsi="Arial" w:cs="Arial"/>
          <w:b w:val="0"/>
          <w:color w:val="14866D"/>
          <w:sz w:val="20"/>
          <w:rtl w:val="1"/>
          <w:szCs w:val="20"/>
        </w:rPr>
        <w:t>🌱 עש״ן ד״ק: כשמשהו חדש מביך אותי (שפה שאני לא מכיר/ה) – עוצרים, נושמים, אומרים לעצמנו "מותר לטעות כשלומדים" – וממשיכים.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יום ד׳ ⚖️ זכויות, קולות ודילמות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☀️ פתיחת בוקר: המשפט "שום דבר עלינו – בלעדינו". מה הוא אומר לכם? מי צריך להיות שותף להחלטות?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יסודי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חט״ב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חט״ע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עולים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חנ״מ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כרטיסי "מה הייתם עושים?" (באתר): בוחרים יחד, מדברים על הסיבות. לומדים את כלל הזהב: שואלים לפני שעוזרים. מכינים שאלות מכבדות לאורח/ת של מחר.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דילמות בקבוצות + "חוק שוויון זכויות לאנשים עם מוגבלות" במשפט אחד לכל סעיף שבחרנו. מכינים שאלות למפגש עם אורח/ת, ומסננים יחד שאלות שעלולות להביך.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דיון מובנה: החוק (1998) והאמנה הבינלאומית (2006) – מה בין זכות לבין "התאמה"? כל קבוצה בוחרת תחום (חינוך, תעסוקה, תחבורה, פנאי) ובודקת: מה כבר קיים, מה עוד חסר.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לוֹמְדִים: "זְכוּת" – מָה מַגִּיעַ לְכָל אָדָם. מְשַׂחֲקִים בְּכַרְטִיסֵי "מָה הָיִיתֶם עוֹשִׂים?" בְּעִבְרִית קַלָּה. מִשְׁפָּט חָשׁוּב: "רוֹצֶה עֶזְרָה?"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משחק תמונות "מה עושים?": בוחרים בין שתי תמונות (שואלים "רוצה עזרה?" / דוחפים בלי לשאול). מתרגלים יחד את המשפט "רוצה עזרה?"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🏠 משימת המשך: לשאול בבית – האם אתם מכירים מקום שהפך לנגיש יותר בשנים האחרונות?</w:t>
      </w:r>
    </w:p>
    <w:p>
      <w:pPr>
        <w:bidi w:val="1"/>
        <w:jc w:val="right"/>
      </w:pPr>
      <w:r>
        <w:rPr>
          <w:rFonts w:ascii="Arial" w:hAnsi="Arial" w:cs="Arial"/>
          <w:b w:val="0"/>
          <w:color w:val="14866D"/>
          <w:sz w:val="20"/>
          <w:rtl w:val="1"/>
          <w:szCs w:val="20"/>
        </w:rPr>
        <w:t>🌱 מעש״ה בפעולה: כשמישהו נפגע מהערה – מחויבות ("אני איתך"), עידוד לפעולה קטנה, שאלות ("מה יעזור לך עכשיו?"), וסדר ברור של מה קורה עכשיו.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יום ה׳ 🌟 יום שיא: כולנו שונים, כולנו שווים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☀️ פתיחת בוקר: כינוס קצר – סרטון/מצגת פתיחה, הסבר על הסבב, וכלל היום: "סקרנות בכבוד".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יסודי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חט״ב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חט״ע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עולים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חנ״מ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סבב תחנות (ראו "יום השיא"), ובסוף כל כיתה מוסיפה ידיים צבעוניות לקיר "כולנו שונים, כולנו שווים" וחותמת על אמנה.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סבב תחנות, מפגש עם אורח/ת, וכתיבת "אמנת כיתה לנגישות ושייכות" עם 3 התחייבויות מעשיות.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סבב תחנות + צוות תלמידים מוביל תחנה ליסודי/לחט״ב (חונכות). מסיימים בהגשת המלצות הנגישות להנהלה.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סְבַב תַּחֲנוֹת בִּקְבוּצוֹת. בְּסוֹף הַיּוֹם: כּוֹתְבִים מִלָּה אַחַת עַל הַקִּיר – "כֻּלָּנוּ שׁוֹנִים, כֻּלָּנוּ שָׁוִים".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תחנות מותאמות (חושים, משחק בוצ׳ה, יצירה), עם לוח יום בתמונות ופינה שקטה. בסוף – תעודה אישית.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🏠 משימת המשך: לקיים את ההתחייבות האישית שבחרנו – ולספר עליה בעוד שבוע.</w:t>
      </w:r>
    </w:p>
    <w:p>
      <w:pPr>
        <w:bidi w:val="1"/>
        <w:jc w:val="right"/>
      </w:pPr>
      <w:r>
        <w:rPr>
          <w:rFonts w:ascii="Arial" w:hAnsi="Arial" w:cs="Arial"/>
          <w:b w:val="0"/>
          <w:color w:val="14866D"/>
          <w:sz w:val="20"/>
          <w:rtl w:val="1"/>
          <w:szCs w:val="20"/>
        </w:rPr>
        <w:t>🌱 גש״ר מאח״ד – ח (חברה) ומ״א (מערכת אמונות): "כולנו שייכים". האמנה הכיתתית הופכת את הערך למעשה.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