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32686"/>
          <w:sz w:val="36"/>
          <w:rtl w:val="1"/>
          <w:bCs/>
          <w:szCs w:val="36"/>
        </w:rPr>
        <w:t>אמנה כיתתית ותעודה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שבוע שוויון זכויות לאנשים עם מוגבלות – רואים את האדם    |    שם: ____________ כיתה: ______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🤝 האמנה הכיתתית שלנו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אנחנו, תלמידות ותלמידי כיתה ______, מתחייבים: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שואל/ת "רוצה עזרה?" לפני שאני עוזר/ת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מדבר/ת בשפה מכבדת – קודם האדם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לא צוחק/ת על אף אחד – וגם לא שולח/ת אימוג׳י לבדיחה פוגעת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מזמין/ה את כולם למשחק בהפסקה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משאיר/ה מעברים פנויים בכיתה ובמסדרון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מדבר/ת עם האדם עצמו, לא עם המלווה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שם/ה לב למקומות לא נגישים ומספר/ת לצוות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לומד/ת מילה בשפת הסימנים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מקשיב/ה לחברים – ושומר/ת על הפרטיות שלהם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אני רואה את האדם – לא רק את המוגבלות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☐ 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חתימות: ______________________________________________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432686"/>
          <w:sz w:val="80"/>
          <w:rtl w:val="1"/>
          <w:bCs/>
          <w:szCs w:val="80"/>
        </w:rPr>
        <w:t>🌟</w:t>
      </w:r>
    </w:p>
    <w:p>
      <w:pPr>
        <w:bidi w:val="1"/>
        <w:jc w:val="center"/>
      </w:pPr>
      <w:r>
        <w:rPr>
          <w:rFonts w:ascii="Arial" w:hAnsi="Arial" w:cs="Arial"/>
          <w:b/>
          <w:color w:val="432686"/>
          <w:sz w:val="52"/>
          <w:rtl w:val="1"/>
          <w:bCs/>
          <w:szCs w:val="52"/>
        </w:rPr>
        <w:t>תעודת "רואים את האדם"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מוענקת ל־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sz w:val="26"/>
          <w:rtl w:val="1"/>
          <w:szCs w:val="26"/>
        </w:rPr>
        <w:t>על השתתפות בשבוע שוויון זכויות לאנשים עם מוגבלות ועל ההתחייבות שלי:</w:t>
      </w:r>
    </w:p>
    <w:p>
      <w:pPr>
        <w:bidi w:val="1"/>
        <w:jc w:val="center"/>
      </w:pPr>
      <w:r>
        <w:rPr>
          <w:rFonts w:ascii="Arial" w:hAnsi="Arial" w:cs="Arial"/>
          <w:b w:val="0"/>
          <w:sz w:val="26"/>
          <w:rtl w:val="1"/>
          <w:szCs w:val="26"/>
        </w:rPr>
        <w:t>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sz w:val="26"/>
          <w:rtl w:val="1"/>
          <w:szCs w:val="26"/>
        </w:rPr>
        <w:t>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/>
          <w:color w:val="432686"/>
          <w:sz w:val="32"/>
          <w:rtl w:val="1"/>
          <w:bCs/>
          <w:szCs w:val="32"/>
        </w:rPr>
        <w:t>כולנו שונים, כולנו שווים</w:t>
      </w:r>
    </w:p>
    <w:p>
      <w:pPr>
        <w:bidi w:val="1"/>
        <w:jc w:val="center"/>
      </w:pPr>
      <w:r>
        <w:rPr>
          <w:rFonts w:ascii="Arial" w:hAnsi="Arial" w:cs="Arial"/>
          <w:b w:val="0"/>
          <w:sz w:val="22"/>
          <w:rtl w:val="1"/>
          <w:szCs w:val="22"/>
        </w:rPr>
        <w:t>תאריך: __________   חתימת המחנך/ת: 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